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נרקיס ואקו מתוך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המטמורפוזה (השינוי) שעברה כל דמות ואת הסיבה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במסר של הסיפור ובקשר שלו לעולם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אקו הסיחה את דעתה בשיחות ארוכות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לחזור רק על המילים האחרונות שאומרים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דחה אותם בגסות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בבבואה שלו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נעלם ונשאר רק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פרח לבן-צהוב שמתכופף מעל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אקו אהבה לדבר ולפטפט, ולכן קיבלה את העונש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נרקיס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העונש היא יכלה רק לחזור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המטמורפוזה של אקו - היא הפכה לקול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להפך - הוא לא הצליח להתנתק מהדמות ונשאר שם עד שדעך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פטפטנית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מטמורפוזות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(הופכת לקול בלבד -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(הופך לפרח נרקיס)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(האלה שהענישה את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נרקיס ראה את בבואתו)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הרה כועסת על אקו וגוזרת עליה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רואה את נרקיס ומתאהבת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 בגסות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גופה של אקו נעלם ונשאר רק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 מתאהב בבבואתו במעיין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במקום שנרקיס ישב צומח פרח הנרקיס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התלמיד/ה מזהה שניהם נענשים/נפגעים באהבה, שניהם עוברים מטמורפוזה; הבדל - אקו מדברת יותר מדי, נרקיס דוחה אהבה ומתאהב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חיבור בין הסתכלות בבבואה/תמונה עצמית לבין עיסוק מוגזם בתמונה העצמית ברשתות, ניתוק מהעולם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קריטריונים: תשובה אישית מנומקת, למשל - אהבה עצמית מוגזמת מזיקה, חשוב להקשיב לאחרים ולא רק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אהבה לדבר ולפטפט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בבבואה שלו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נרקיסיזם - משם 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רשתות חברתיות בלי לציין שמות או מקרים אישיים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ניתן להשמיט את הפריטים המסומנים ולהתמקד בעלילה הבסיסית ובמטמורפוזה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הסיפור על נרקיס ואקו הוא אחד הסיפורים הידועים במיתולוגיה היוונית, לפי אובידיוס. הוא מספר על נימפה שאהבה לדבר ועל נער יפה תואר שהתאהב בבבואתו שלו במים.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כעסה האלה הרה על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אקו גנבה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אקו הסיחה את דעתה בשיחות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אקו הייתה יפה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אקו דחתה את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עונשה של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להפוך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רק על המילים האחרונות שאומרים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במערה לעד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נרקיס לכל מי שאהב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התחתן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דחה אותם בגסות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התעלם מהם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התאהב נרקיס ליד המעיין?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 ליד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בבבואה שלו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בקול ההד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בציפור שראה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לגוף של אקו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ונשאר רק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כמו שהיה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צמח במקום שבו ישב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לבן-צהוב שמתכופף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 קוצני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הייתה נימפה שאהבה לשתוק.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היה נער יפה תואר שאיש לא הצליח לכבוש את לבו.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הצליחה לפתוח שיחה רגילה עם נרקיס.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דחה את אקו בגסות כשהיא ניגשה אליו.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ההד שאנחנו שומעים בהרים הוא, לפי הסיפור, מה שנשאר מאקו.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שם לב שהדמות שראה במים היא בבואה שלו, ולכן התרחק ממנה.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אקו הייתה נימפה __________ שאהבה לדבר.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האלה __________ גזרה על אקו עונש.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נרקיס התכופף לשתות ממעיין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שבו ישב נרקיס צמח __________ לבן-צהוב.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שמתארת אהבה מוגזמת לעצמך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הסיפור כתוב לפי אובידיוס, בספר בשם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נרקיס ראה את בבואתו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האלה שהענישה את אקו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הופך לפרח נרקיס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המעיין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הופכת לקול בלבד - הד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דוחה את אקו בגסות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הרה כועסת על אקו וגוזרת עליה עונש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מתאהב בבבואתו במעיין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במקום שנרקיס ישב צומח פרח הנרקיס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גופה של אקו נעלם ונשאר רק הקול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רואה את נרקיס ומתאהבת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אקו ונרקיס דומים ובמה הם הפוכים זה מזה? כתבו לפחות שני הבדלים ושני דמיונות.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המעיין שבו נרקיס רואה את עצמו לבין מסך הטלפון או הרשתות החברתיות בימינו?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של הסיפור, לדעתכם?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התכונה הבולטת של אקו לפני העונש?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במה התאהב נרקיס ליד המעיין?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שמתארת אהבה מוגזמת לעצמך, ומאיפה היא מגיעה?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נרקיס ואקו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