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נרקיס ואקו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נרקיס ואקו מתוך המיתולוגיה היוונית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המטמורפוזה (השינוי) שעברה כל דמות ואת הסיבה 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במסר של הסיפור ובקשר שלו לעולם של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אקו הסיחה את דעתה בשיחות ארוכות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לחזור רק על המילים האחרונות שאומרים 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דחה אותם בגסות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בבבואה שלו במים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הוא נעלם ונשאר רק הקול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פרח לבן-צהוב שמתכופף מעל המים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אקו אהבה לדבר ולפטפט, ולכן קיבלה את העונש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נרקיס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בגלל העונש היא יכלה רק לחזור על מילים אחרונות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מסופר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המטמורפוזה של אקו - היא הפכה לקול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להפך - הוא לא הצליח להתנתק מהדמות ונשאר שם עד שדעך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פטפטנית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נרקיסיזם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מטמורפוזות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דמות למטמורפוזה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(הופכת לקול בלבד - הד)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(הופך לפרח נרקיס)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(האלה שהענישה את אקו)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(המקום שבו נרקיס ראה את בבואתו)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הרה כועסת על אקו וגוזרת עליה עונש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אקו רואה את נרקיס ומתאהבת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נרקיס דוחה את אקו בגסות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גופה של אקו נעלם ונשאר רק הקול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נרקיס מתאהב בבבואתו במעיין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במקום שנרקיס ישב צומח פרח הנרקיס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קריטריונים: התלמיד/ה מזהה שניהם נענשים/נפגעים באהבה, שניהם עוברים מטמורפוזה; הבדל - אקו מדברת יותר מדי, נרקיס דוחה אהבה ומתאהב בעצמו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קריטריונים: חיבור בין הסתכלות בבבואה/תמונה עצמית לבין עיסוק מוגזם בתמונה העצמית ברשתות, ניתוק מהעולם האמיתי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קריטריונים: תשובה אישית מנומקת, למשל - אהבה עצמית מוגזמת מזיקה, חשוב להקשיב לאחרים ולא רק לדבר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אהבה לדבר ולפטפט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בבבואה שלו במים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נרקיסיזם - משם נרקיס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בקול לפני תחילת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דיון פתוח בשאלה על רשתות חברתיות בלי לציין שמות או מקרים אישיים של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ניתן להשמיט את הפריטים המסומנים ולהתמקד בעלילה הבסיסית ובמטמורפוזה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נרקיס ואקו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זה סיפור יווני עתיק. יש בו נערה בשם אקו ונער בשם נרקיס. שניהם משתנים בסוף 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יצור נשי יפה מהטבע, לפי האמונה היוונית הקדומה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מטמורפוזה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צורה, הפיכה מדבר אחד לדבר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עונש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תוצאה רעה שמקבלים על מעשה לא טוב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בבואה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ההשתקפות של דמות במים או במראה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 שחוזר אחרי שמדברים, חוזר על עצמו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נרקיסיזם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אהבה מוגזמת לעצמך, על שם נרקיס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דעך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נחלש והלך עד שנעלם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אובידיוס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סופר רומי קדום שכתב את ספר מטמורפוזות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הרה כעסה על אקו?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אקו גנבה ממנה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אקו הסיחה את דעתה בשיחות ארוכות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אקו הייתה יפה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אקו דחתה את נרקיס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קרה לאקו בעונש?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להפוך לפרח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לדבר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לחזור רק על המילים האחרונות שאומרים 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להישאר במערה לעד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נרקיס התייחס למי שאהב אותו?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התחתן איתם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דחה אותם בגסות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עזר 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התעלם מהם בשקט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ראה נרקיס במים ואהב?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בפרח ליד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בבבואה שלו במים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בקול ההד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בציפור שראה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נשאר מאקו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הפך לפרח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נעלם ונשאר רק הקול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הפך לאבן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נשאר כמו שהיה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צמח במקום שנרקיס ישב בו?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עץ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פרח לבן-צהוב שמתכופף מעל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שיח קוצני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פרח אדום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אקו הייתה נימפה שאהבה לשתוק.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נרקיס היה נער יפה תואר שאיש לא הצליח לכבוש את לבו.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אקו הצליחה לפתוח שיחה רגילה עם נרקיס.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נרקיס דחה את אקו בגסות כשהיא ניגשה אליו.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ההד שאנחנו שומעים בהרים הוא, לפי הסיפור, מה שנשאר מאקו.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נרקיס שם לב שהדמות שראה במים היא בבואה שלו, ולכן התרחק ממנה.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אקו הייתה נימפה __________ שאהבה לדבר.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האלה __________ גזרה על אקו עונש.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נרקיס התכופף לשתות ממעיין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במקום שבו ישב נרקיס צמח __________ לבן-צהוב.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שמתארת אהבה מוגזמת לעצמך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הסיפור כתוב לפי אובידיוס, בספר בשם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דמות למטמורפוזה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הופך לפרח נרקיס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נרקיס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המקום שבו נרקיס ראה את בבואתו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הופכת לקול בלבד - הד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המעיין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האלה שהענישה את אקו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במקום שנרקיס ישב צומח פרח הנרקיס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הרה כועסת על אקו וגוזרת עליה עונש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גופה של אקו נעלם ונשאר רק הקול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נרקיס מתאהב בבבואתו במעיין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אקו רואה את נרקיס ומתאהבת בו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נרקיס דוחה את אקו בגסות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במה אקו ונרקיס דומים ובמה הם הפוכים זה מזה? כתבו לפחות שני הבדלים ושני דמיונות.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הקשר בין המעיין שבו נרקיס רואה את עצמו לבין מסך הטלפון או הרשתות החברתיות בימינו?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המסר של הסיפור, לדעתכם? הסבירו בכמה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הייתה התכונה הבולטת של אקו לפני העונש?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במה התאהב נרקיס ליד המעיין?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המילה שמתארת אהבה מוגזמת לעצמך, ומאיפה היא מגיעה?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נרקיס ואקו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