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נרקיס ואקו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נרקיס ואקו מתוך 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המטמורפוזה (השינוי) שעברה כל דמות ואת הסיבה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במסר של הסיפור ובקשר שלו לעולם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אקו הסיחה את דעתה בשיחות ארוכות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לחזור רק על המילים האחרונות שאומרים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דחה אותם בגסות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אקו אהבה לדבר ולפטפט, ולכן קיבלה את העונש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נרקיס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בגלל העונש היא יכלה רק לחזור על מילים אחרונות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פטפטנית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צלול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למטמורפוזה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(הופכת לקול בלבד - הד)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(הופך לפרח נרקיס)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(האלה שהענישה את אקו)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(המקום שבו נרקיס ראה את בבואתו)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הרה כועסת על אקו וגוזרת עליה 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אקו רואה את נרקיס ומתאהבת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נרקיס דוחה את אקו בגסות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גופה של אקו נעלם ונשאר רק הקול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התלמיד/ה מזהה שניהם נענשים/נפגעים באהבה, שניהם עוברים מטמורפוזה; הבדל - אקו מדברת יותר מדי, נרקיס דוחה אהבה ומתאהב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קריטריונים: תשובה אישית מנומקת, למשל - אהבה עצמית מוגזמת מזיקה, חשוב להקשיב לאחרים ולא רק לדבר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אהבה לדבר ולפטפט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בבבואה שלו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נרקיסיזם - משם נרקיס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בשאלה על רשתות חברתיות בלי לציין שמות או מקרים אישיים של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ניתן להשמיט את הפריטים המסומנים ולהתמקד בעלילה הבסיסית ובמטמורפוזה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נרקיס ואקו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על נרקיס ואקו הוא אחד הסיפורים הידועים במיתולוגיה היוונית, לפי אובידיוס. הוא מספר על נימפה שאהבה לדבר ועל נער יפה תואר שהתאהב בבבואתו שלו במים.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צלול  ·  פטפטנית  ·  הרה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כעסה האלה הרה על 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אקו גנבה ממנה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אקו הסיחה את דעתה בשיחות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אקו הייתה יפה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עונשה של אקו?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להפוך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 לדבר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לחזור רק על המילים האחרונות שאומרים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עשה נרקיס לכל מי שאהב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התחתן איתם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דחה אותם בגסות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עזר 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אקו הייתה נימפה שאהבה לשתוק.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נרקיס היה נער יפה תואר שאיש לא הצליח לכבוש את לבו.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אקו הצליחה לפתוח שיחה רגילה עם נרקיס.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אקו הייתה נימפה __________ שאהבה לדבר.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האלה __________ גזרה על אקו עונש.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נרקיס התכופף לשתות ממעיין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דמות למטמורפוזה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האלה שהענישה את אקו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הופכת לקול בלבד - הד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המקום שבו נרקיס ראה את בבואתו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המעיין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הופך לפרח נרקיס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נרקיס דוחה את אקו בגסות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הרה כועסת על אקו וגוזרת עליה עונש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גופה של אקו נעלם ונשאר רק הקול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אקו רואה את נרקיס ומתאהבת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במה אקו ונרקיס דומים ובמה הם הפוכים זה מזה? כתבו לפחות שני הבדלים ושני דמיונות.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המסר של הסיפור, לדעתכם?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הייתה התכונה הבולטת של אקו לפני העונש?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במה התאהב נרקיס ליד המעיין?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נרקיס ואקו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